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65710" w14:textId="77777777" w:rsidR="00CC0FEF" w:rsidRDefault="00000000">
      <w:pPr>
        <w:pStyle w:val="Title"/>
        <w:jc w:val="center"/>
      </w:pPr>
      <w:r>
        <w:rPr>
          <w:sz w:val="44"/>
        </w:rPr>
        <w:t>West Lothian Litter Pickers</w:t>
      </w:r>
    </w:p>
    <w:p w14:paraId="7746F9BE" w14:textId="792AE344" w:rsidR="00CC0FEF" w:rsidRDefault="00000000">
      <w:pPr>
        <w:spacing w:after="360"/>
        <w:jc w:val="center"/>
      </w:pPr>
      <w:r>
        <w:rPr>
          <w:b/>
          <w:sz w:val="32"/>
        </w:rPr>
        <w:t xml:space="preserve">Annual General Meeting </w:t>
      </w:r>
      <w:r w:rsidR="00591557">
        <w:rPr>
          <w:b/>
          <w:sz w:val="32"/>
        </w:rPr>
        <w:t>-</w:t>
      </w:r>
      <w:r>
        <w:rPr>
          <w:b/>
          <w:sz w:val="32"/>
        </w:rPr>
        <w:t xml:space="preserve"> Minutes</w:t>
      </w:r>
    </w:p>
    <w:p w14:paraId="78E7F4D1" w14:textId="77777777" w:rsidR="00CC0FEF" w:rsidRDefault="00000000">
      <w:pPr>
        <w:pStyle w:val="Heading1"/>
      </w:pPr>
      <w:r>
        <w:t>Meeting details</w:t>
      </w:r>
    </w:p>
    <w:p w14:paraId="75A7ED6F" w14:textId="57E76A81" w:rsidR="00CC0FEF" w:rsidRDefault="00000000">
      <w:pPr>
        <w:pStyle w:val="ListBullet"/>
      </w:pPr>
      <w:r>
        <w:t>Date: 3 September 2026</w:t>
      </w:r>
    </w:p>
    <w:p w14:paraId="464CB0BD" w14:textId="588FB530" w:rsidR="00CC0FEF" w:rsidRDefault="00000000">
      <w:pPr>
        <w:pStyle w:val="ListBullet"/>
      </w:pPr>
      <w:r>
        <w:t xml:space="preserve">Venue: </w:t>
      </w:r>
      <w:proofErr w:type="spellStart"/>
      <w:r w:rsidR="00591557">
        <w:t>Hilcroft</w:t>
      </w:r>
      <w:proofErr w:type="spellEnd"/>
      <w:r w:rsidR="00591557">
        <w:t xml:space="preserve"> Hotel, Whitburn</w:t>
      </w:r>
    </w:p>
    <w:p w14:paraId="07250E6B" w14:textId="77777777" w:rsidR="00CC0FEF" w:rsidRDefault="00000000">
      <w:pPr>
        <w:pStyle w:val="ListBullet"/>
      </w:pPr>
      <w:r>
        <w:t>Attendance: approximately 45 members of the community, plus the Admin Team and guest speakers</w:t>
      </w:r>
    </w:p>
    <w:p w14:paraId="33A6C47C" w14:textId="406A3C80" w:rsidR="00CC0FEF" w:rsidRDefault="00000000">
      <w:pPr>
        <w:pStyle w:val="ListBullet"/>
      </w:pPr>
      <w:r>
        <w:t>Gues</w:t>
      </w:r>
      <w:r w:rsidR="00591557">
        <w:t>ts</w:t>
      </w:r>
      <w:r>
        <w:t>: Jane Ritchie (Interim Cleaner Communities Manager, West Lothian Council); Emma Glencross (Senior Officer for Campaigns and Interventions, Keep Scotland Beautiful)</w:t>
      </w:r>
      <w:r w:rsidR="00591557">
        <w:t xml:space="preserve"> and Jane</w:t>
      </w:r>
    </w:p>
    <w:p w14:paraId="1FCCA9EE" w14:textId="77777777" w:rsidR="00CC0FEF" w:rsidRDefault="00000000">
      <w:pPr>
        <w:pStyle w:val="ListBullet"/>
      </w:pPr>
      <w:r>
        <w:t>Chaired by: John Matthews, Chair</w:t>
      </w:r>
    </w:p>
    <w:p w14:paraId="099FE3FC" w14:textId="0C54CB73" w:rsidR="00CC0FEF" w:rsidRDefault="00000000">
      <w:pPr>
        <w:pStyle w:val="ListBullet"/>
      </w:pPr>
      <w:r>
        <w:t xml:space="preserve">Minutes recorded by: Rebecca Gallagher, Secretary </w:t>
      </w:r>
    </w:p>
    <w:p w14:paraId="6F8C3517" w14:textId="77777777" w:rsidR="00CC0FEF" w:rsidRDefault="00000000">
      <w:pPr>
        <w:pStyle w:val="Heading1"/>
      </w:pPr>
      <w:r>
        <w:t>1. Welcome and apologies</w:t>
      </w:r>
    </w:p>
    <w:p w14:paraId="70DDB3B4" w14:textId="540E015A" w:rsidR="00CC0FEF" w:rsidRDefault="00000000">
      <w:r>
        <w:t xml:space="preserve">The Chair welcomed all members and visitors to the </w:t>
      </w:r>
      <w:proofErr w:type="gramStart"/>
      <w:r>
        <w:t>meeting, and</w:t>
      </w:r>
      <w:proofErr w:type="gramEnd"/>
      <w:r>
        <w:t xml:space="preserve"> introduced the guest</w:t>
      </w:r>
      <w:r w:rsidR="00591557">
        <w:t>s</w:t>
      </w:r>
      <w:r>
        <w:t>: Jane Ritchie from West Lothian Council (WLC), and Emma Glencross from Keep Scotland Beautiful (KSB).</w:t>
      </w:r>
    </w:p>
    <w:p w14:paraId="04440671" w14:textId="77777777" w:rsidR="00CC0FEF" w:rsidRDefault="00000000">
      <w:pPr>
        <w:pStyle w:val="Heading1"/>
      </w:pPr>
      <w:r>
        <w:t>2. Admin Team introduction and elections</w:t>
      </w:r>
    </w:p>
    <w:p w14:paraId="40B7CEE1" w14:textId="77777777" w:rsidR="00CC0FEF" w:rsidRDefault="00000000">
      <w:r>
        <w:t>The current Admin Team was introduced to members:</w:t>
      </w:r>
    </w:p>
    <w:p w14:paraId="66885F8F" w14:textId="0C1C2B2C" w:rsidR="00CC0FEF" w:rsidRDefault="00000000">
      <w:pPr>
        <w:pStyle w:val="ListBullet"/>
      </w:pPr>
      <w:r>
        <w:t xml:space="preserve">John Matthews </w:t>
      </w:r>
      <w:r w:rsidR="00591557">
        <w:t>-</w:t>
      </w:r>
      <w:r>
        <w:t xml:space="preserve"> Chair</w:t>
      </w:r>
    </w:p>
    <w:p w14:paraId="18C6D847" w14:textId="33DCE2FC" w:rsidR="00CC0FEF" w:rsidRDefault="00000000">
      <w:pPr>
        <w:pStyle w:val="ListBullet"/>
      </w:pPr>
      <w:r>
        <w:t xml:space="preserve">Rebecca Gallagher </w:t>
      </w:r>
      <w:r w:rsidR="00591557">
        <w:t>-</w:t>
      </w:r>
      <w:r>
        <w:t xml:space="preserve"> Secretary</w:t>
      </w:r>
    </w:p>
    <w:p w14:paraId="1F63E1C7" w14:textId="67CC7161" w:rsidR="00CC0FEF" w:rsidRDefault="00000000">
      <w:pPr>
        <w:pStyle w:val="ListBullet"/>
      </w:pPr>
      <w:r>
        <w:t xml:space="preserve">Kathy Parker </w:t>
      </w:r>
      <w:r w:rsidR="00591557">
        <w:t>-</w:t>
      </w:r>
      <w:r>
        <w:t xml:space="preserve"> Treasurer</w:t>
      </w:r>
    </w:p>
    <w:p w14:paraId="55D95BCB" w14:textId="43FF716B" w:rsidR="00CC0FEF" w:rsidRDefault="00000000">
      <w:pPr>
        <w:pStyle w:val="ListBullet"/>
      </w:pPr>
      <w:r>
        <w:t xml:space="preserve">Martin Keast </w:t>
      </w:r>
      <w:r w:rsidR="00591557">
        <w:t>-</w:t>
      </w:r>
      <w:r>
        <w:t xml:space="preserve"> Education Coordinator</w:t>
      </w:r>
    </w:p>
    <w:p w14:paraId="0EA3660C" w14:textId="07BEA454" w:rsidR="00CC0FEF" w:rsidRDefault="00000000">
      <w:pPr>
        <w:pStyle w:val="ListBullet"/>
      </w:pPr>
      <w:r>
        <w:t xml:space="preserve">Karen Howie </w:t>
      </w:r>
      <w:r w:rsidR="00591557">
        <w:t>-</w:t>
      </w:r>
      <w:r>
        <w:t xml:space="preserve"> Social Media Coordinator</w:t>
      </w:r>
    </w:p>
    <w:p w14:paraId="2D8E9208" w14:textId="61C7C44B" w:rsidR="00CC0FEF" w:rsidRDefault="00000000">
      <w:pPr>
        <w:pStyle w:val="ListBullet"/>
      </w:pPr>
      <w:r>
        <w:t xml:space="preserve">Carol Salem </w:t>
      </w:r>
      <w:r w:rsidR="00591557">
        <w:t>-</w:t>
      </w:r>
      <w:r>
        <w:t xml:space="preserve"> Committee Member</w:t>
      </w:r>
    </w:p>
    <w:p w14:paraId="5185152C" w14:textId="77777777" w:rsidR="00CC0FEF" w:rsidRDefault="00000000">
      <w:r>
        <w:t>Elections were held, and the Admin Team was re-elected in full by the members present.</w:t>
      </w:r>
    </w:p>
    <w:p w14:paraId="798A11C5" w14:textId="77777777" w:rsidR="00CC0FEF" w:rsidRDefault="00000000">
      <w:pPr>
        <w:pStyle w:val="Heading1"/>
      </w:pPr>
      <w:r>
        <w:t>3. Confirmation of minutes of previous AGM</w:t>
      </w:r>
    </w:p>
    <w:p w14:paraId="40D8BC23" w14:textId="77777777" w:rsidR="00CC0FEF" w:rsidRDefault="00000000">
      <w:r>
        <w:t>Members agreed that the minutes of the 2025 AGM were a true reflection of what happened. The minutes were approved and remain available on the WLLP Facebook page and website.</w:t>
      </w:r>
    </w:p>
    <w:p w14:paraId="55B65112" w14:textId="77777777" w:rsidR="00CC0FEF" w:rsidRDefault="00000000">
      <w:pPr>
        <w:pStyle w:val="Heading1"/>
      </w:pPr>
      <w:r>
        <w:t>4. Presentation of annual reports</w:t>
      </w:r>
    </w:p>
    <w:p w14:paraId="57A9F522" w14:textId="0A3499FF" w:rsidR="00CC0FEF" w:rsidRDefault="00591557">
      <w:r>
        <w:t xml:space="preserve">See </w:t>
      </w:r>
      <w:hyperlink r:id="rId6" w:history="1">
        <w:r w:rsidRPr="004A3948">
          <w:rPr>
            <w:rStyle w:val="Hyperlink"/>
          </w:rPr>
          <w:t>Slide Pack from the AGM to view annual reports</w:t>
        </w:r>
      </w:hyperlink>
      <w:r>
        <w:t>.</w:t>
      </w:r>
    </w:p>
    <w:p w14:paraId="1E4435E6" w14:textId="77777777" w:rsidR="00591557" w:rsidRDefault="00591557"/>
    <w:p w14:paraId="2E2DEE66" w14:textId="040699D3" w:rsidR="00CC0FEF" w:rsidRDefault="00000000">
      <w:pPr>
        <w:pStyle w:val="Heading2"/>
      </w:pPr>
      <w:r>
        <w:t xml:space="preserve">Guest speakers </w:t>
      </w:r>
      <w:r w:rsidR="00591557">
        <w:t>-</w:t>
      </w:r>
      <w:r>
        <w:t xml:space="preserve"> Jane Ritchie (WLC) and Emma Glencross (KSB)</w:t>
      </w:r>
    </w:p>
    <w:p w14:paraId="331F78C0" w14:textId="534B871B" w:rsidR="00CC0FEF" w:rsidRDefault="00591557">
      <w:r>
        <w:t xml:space="preserve">John Matthews/Jane Ritchie and Emma Glencross updated members on joint working between WLLP, West Lothian Council and Keep Scotland Beautiful over the past year.  See Slide Pack from the AGM to view </w:t>
      </w:r>
      <w:r w:rsidR="004A3948">
        <w:t xml:space="preserve">WLC slides and </w:t>
      </w:r>
      <w:hyperlink r:id="rId7" w:history="1">
        <w:r w:rsidR="004A3948" w:rsidRPr="004A3948">
          <w:rPr>
            <w:rStyle w:val="Hyperlink"/>
          </w:rPr>
          <w:t>KSB slide deck</w:t>
        </w:r>
      </w:hyperlink>
      <w:r>
        <w:t>.</w:t>
      </w:r>
    </w:p>
    <w:p w14:paraId="3B217711" w14:textId="77777777" w:rsidR="00CC0FEF" w:rsidRDefault="00000000">
      <w:pPr>
        <w:pStyle w:val="Heading1"/>
      </w:pPr>
      <w:r>
        <w:lastRenderedPageBreak/>
        <w:t>5. Constitution amendment and vote</w:t>
      </w:r>
    </w:p>
    <w:p w14:paraId="0DE19CBF" w14:textId="77777777" w:rsidR="00CC0FEF" w:rsidRDefault="00000000">
      <w:r>
        <w:t>The Admin Team explained the case for revising WLLP’s constitution: many terms were outdated or no longer appropriate for the organisation, several clauses were overly complicated and confusing, the legislation referenced was out of date, there was no reference to GDPR requirements, and no commitment to diversity and inclusion. The revised constitution reduces the document from 11 pages and 3,670 words to 4 pages and 1,026 words.</w:t>
      </w:r>
    </w:p>
    <w:p w14:paraId="23470F80" w14:textId="6BCAC99A" w:rsidR="00CC0FEF" w:rsidRDefault="00000000">
      <w:r>
        <w:t>The proposed amended constitution was put to a vote and approved by 100% of members present.</w:t>
      </w:r>
    </w:p>
    <w:p w14:paraId="782A593E" w14:textId="77777777" w:rsidR="00CC0FEF" w:rsidRDefault="00000000">
      <w:pPr>
        <w:pStyle w:val="Heading1"/>
      </w:pPr>
      <w:r>
        <w:t>6. Awards</w:t>
      </w:r>
    </w:p>
    <w:p w14:paraId="67B451DC" w14:textId="38C8D731" w:rsidR="00CC0FEF" w:rsidRDefault="00000000">
      <w:r>
        <w:t>Jackets were awarded in recognition of members’ contribution to WLLP</w:t>
      </w:r>
      <w:r w:rsidR="00591557">
        <w:t xml:space="preserve">.  </w:t>
      </w:r>
      <w:r>
        <w:t xml:space="preserve">Jackets were presented to those in attendance; the remainder will be awarded to those who </w:t>
      </w:r>
      <w:proofErr w:type="gramStart"/>
      <w:r>
        <w:t>could not</w:t>
      </w:r>
      <w:proofErr w:type="gramEnd"/>
      <w:r>
        <w:t xml:space="preserve"> make it </w:t>
      </w:r>
      <w:proofErr w:type="gramStart"/>
      <w:r>
        <w:t>at a later date</w:t>
      </w:r>
      <w:proofErr w:type="gramEnd"/>
      <w:r>
        <w:t>.</w:t>
      </w:r>
    </w:p>
    <w:p w14:paraId="0BB5607B" w14:textId="77777777" w:rsidR="00CC0FEF" w:rsidRDefault="00000000">
      <w:pPr>
        <w:pStyle w:val="Heading1"/>
      </w:pPr>
      <w:r>
        <w:t>7. Any other business</w:t>
      </w:r>
    </w:p>
    <w:p w14:paraId="48431651" w14:textId="77777777" w:rsidR="00CC0FEF" w:rsidRDefault="00000000">
      <w:r>
        <w:t>The floor was opened to questions from the audience. Points raised, and responses given, were:</w:t>
      </w:r>
    </w:p>
    <w:p w14:paraId="50BBEDC7" w14:textId="77777777" w:rsidR="00CC0FEF" w:rsidRDefault="00000000">
      <w:pPr>
        <w:pStyle w:val="Heading3"/>
      </w:pPr>
      <w:r>
        <w:t>National data collection for litter picking</w:t>
      </w:r>
    </w:p>
    <w:p w14:paraId="549DC8A7" w14:textId="6049BD66" w:rsidR="00CC0FEF" w:rsidRDefault="00000000">
      <w:r>
        <w:t>A</w:t>
      </w:r>
      <w:r w:rsidR="00591557">
        <w:t xml:space="preserve">n admin team member </w:t>
      </w:r>
      <w:r>
        <w:t>asked whether KSB would consider a national app to collect data showing how much litter is collected by volunteers throughout the year. KSB confirmed they are looking at changing the Spring Clean Scotland web form to add bag numbers, and potentially extending this to run all year round. WLLP is separately in discussion about creating its own web form to collate data from members.</w:t>
      </w:r>
    </w:p>
    <w:p w14:paraId="442794F2" w14:textId="77777777" w:rsidR="00CC0FEF" w:rsidRDefault="00000000">
      <w:pPr>
        <w:pStyle w:val="Heading3"/>
      </w:pPr>
      <w:r>
        <w:t>Dual carriageway / partnership working</w:t>
      </w:r>
    </w:p>
    <w:p w14:paraId="3D89DF6E" w14:textId="5DAC51EC" w:rsidR="00CC0FEF" w:rsidRDefault="00000000">
      <w:r>
        <w:t xml:space="preserve">A member asked whether joint litter picks on dual carriageways would happen again in the future. It was explained that road closures are not solely a WLC decision </w:t>
      </w:r>
      <w:r w:rsidR="00591557">
        <w:t>-</w:t>
      </w:r>
      <w:r>
        <w:t xml:space="preserve"> permission is also required from other utility companies </w:t>
      </w:r>
      <w:r w:rsidR="00591557">
        <w:t>-</w:t>
      </w:r>
      <w:r>
        <w:t xml:space="preserve"> and that health and safety must always come first.</w:t>
      </w:r>
    </w:p>
    <w:p w14:paraId="6D4D5ECB" w14:textId="5867BBDF" w:rsidR="00CC0FEF" w:rsidRDefault="00000000">
      <w:pPr>
        <w:pStyle w:val="Heading3"/>
      </w:pPr>
      <w:proofErr w:type="spellStart"/>
      <w:r>
        <w:t>Craigshill</w:t>
      </w:r>
      <w:proofErr w:type="spellEnd"/>
      <w:r>
        <w:t xml:space="preserve"> </w:t>
      </w:r>
      <w:r w:rsidR="00591557">
        <w:t>-</w:t>
      </w:r>
      <w:r>
        <w:t xml:space="preserve"> WLC / </w:t>
      </w:r>
      <w:proofErr w:type="spellStart"/>
      <w:r>
        <w:t>Almondvale</w:t>
      </w:r>
      <w:proofErr w:type="spellEnd"/>
      <w:r>
        <w:t xml:space="preserve"> land and bin responsibility</w:t>
      </w:r>
    </w:p>
    <w:p w14:paraId="4C3A77CC" w14:textId="77777777" w:rsidR="00CC0FEF" w:rsidRDefault="00000000">
      <w:r>
        <w:t>Concerns were raised about ongoing issues with communal bins in Craigshill since new bins were introduced, and about ongoing fly-tipping on land where responsibility (West Lothian Council or Almondvale) is unclear. WLC has been made aware of the bin issues. It was agreed that a robust plan needs to be put in place to address these ongoing issues.</w:t>
      </w:r>
    </w:p>
    <w:p w14:paraId="7A12B63B" w14:textId="77777777" w:rsidR="00CC0FEF" w:rsidRDefault="00000000">
      <w:pPr>
        <w:pStyle w:val="Heading3"/>
      </w:pPr>
      <w:r>
        <w:t>Recycling centre changes and fly-tipping</w:t>
      </w:r>
    </w:p>
    <w:p w14:paraId="3AE5EF91" w14:textId="77777777" w:rsidR="00CC0FEF" w:rsidRDefault="00000000">
      <w:r>
        <w:t>A member asked whether fly-tipping has increased since recycling centre opening times and booking restrictions changed. WLC’s position is that it has not, and that the majority of fly-tipping is commercial waste. A number of members present disagreed, reporting that they had seen an increase in household fly-tipping in their own areas.</w:t>
      </w:r>
    </w:p>
    <w:p w14:paraId="22246A84" w14:textId="77777777" w:rsidR="00CC0FEF" w:rsidRDefault="00000000">
      <w:pPr>
        <w:pStyle w:val="Heading3"/>
      </w:pPr>
      <w:r>
        <w:t>Trolley reporting</w:t>
      </w:r>
    </w:p>
    <w:p w14:paraId="6A16FF73" w14:textId="77777777" w:rsidR="00CC0FEF" w:rsidRDefault="00000000">
      <w:r>
        <w:t>A member asked whose responsibility it is to collect abandoned trolleys. WLC confirmed it will not collect trolleys, and that these should be reported to the relevant retailer. Information on how to do this is available on the WLLP website.</w:t>
      </w:r>
    </w:p>
    <w:p w14:paraId="0F52D325" w14:textId="77777777" w:rsidR="00CC0FEF" w:rsidRDefault="00000000">
      <w:pPr>
        <w:pStyle w:val="Heading3"/>
      </w:pPr>
      <w:r>
        <w:lastRenderedPageBreak/>
        <w:t>CCTV</w:t>
      </w:r>
    </w:p>
    <w:p w14:paraId="777AE949" w14:textId="77777777" w:rsidR="00CC0FEF" w:rsidRDefault="00000000">
      <w:r>
        <w:t>WLC confirmed that some mobile CCTV units are in place across West Lothian, but that any filming cannot be covert.</w:t>
      </w:r>
    </w:p>
    <w:p w14:paraId="41549439" w14:textId="77777777" w:rsidR="00CC0FEF" w:rsidRDefault="00000000">
      <w:pPr>
        <w:pStyle w:val="Heading3"/>
      </w:pPr>
      <w:r>
        <w:t>Vapes and nitrous oxide canisters</w:t>
      </w:r>
    </w:p>
    <w:p w14:paraId="64C72E8A" w14:textId="743028F4" w:rsidR="00CC0FEF" w:rsidRDefault="00000000">
      <w:r>
        <w:t xml:space="preserve">Members were reminded not to place vapes or nitrous oxide canisters in yellow litter bags. Canisters can be reported to the council for collection. Vapes should be returned to the shop or retailer they were bought from </w:t>
      </w:r>
      <w:r w:rsidR="00591557">
        <w:t>-</w:t>
      </w:r>
      <w:r>
        <w:t xml:space="preserve"> retailers are legally required to take them back for recycling</w:t>
      </w:r>
      <w:r w:rsidR="00591557">
        <w:t>, some supermarkets also recycle them</w:t>
      </w:r>
      <w:r>
        <w:t>. Vapes pose a fire risk and should never be placed in household waste.</w:t>
      </w:r>
    </w:p>
    <w:p w14:paraId="3AAFBEBD" w14:textId="77777777" w:rsidR="00CC0FEF" w:rsidRDefault="00CC0FEF"/>
    <w:sectPr w:rsidR="00CC0FEF"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3368649">
    <w:abstractNumId w:val="8"/>
  </w:num>
  <w:num w:numId="2" w16cid:durableId="1977299237">
    <w:abstractNumId w:val="6"/>
  </w:num>
  <w:num w:numId="3" w16cid:durableId="572853714">
    <w:abstractNumId w:val="5"/>
  </w:num>
  <w:num w:numId="4" w16cid:durableId="772820438">
    <w:abstractNumId w:val="4"/>
  </w:num>
  <w:num w:numId="5" w16cid:durableId="1460420577">
    <w:abstractNumId w:val="7"/>
  </w:num>
  <w:num w:numId="6" w16cid:durableId="10569764">
    <w:abstractNumId w:val="3"/>
  </w:num>
  <w:num w:numId="7" w16cid:durableId="1833763242">
    <w:abstractNumId w:val="2"/>
  </w:num>
  <w:num w:numId="8" w16cid:durableId="622418044">
    <w:abstractNumId w:val="1"/>
  </w:num>
  <w:num w:numId="9" w16cid:durableId="866603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E7CF5"/>
    <w:rsid w:val="00326F90"/>
    <w:rsid w:val="004A3948"/>
    <w:rsid w:val="00591557"/>
    <w:rsid w:val="00AA1D8D"/>
    <w:rsid w:val="00B47730"/>
    <w:rsid w:val="00B85008"/>
    <w:rsid w:val="00CB0664"/>
    <w:rsid w:val="00CC0FEF"/>
    <w:rsid w:val="00E975AC"/>
    <w:rsid w:val="00FA6F0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3D4E58"/>
  <w14:defaultImageDpi w14:val="300"/>
  <w15:docId w15:val="{634535DC-F148-4844-9602-28646EEB7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rFonts w:ascii="Calibri" w:hAnsi="Calibri"/>
    </w:rPr>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A3948"/>
    <w:rPr>
      <w:color w:val="0000FF" w:themeColor="hyperlink"/>
      <w:u w:val="single"/>
    </w:rPr>
  </w:style>
  <w:style w:type="character" w:styleId="UnresolvedMention">
    <w:name w:val="Unresolved Mention"/>
    <w:basedOn w:val="DefaultParagraphFont"/>
    <w:uiPriority w:val="99"/>
    <w:semiHidden/>
    <w:unhideWhenUsed/>
    <w:rsid w:val="004A3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westlothianlitterpickers.co.uk/_files/ugd/e128ca_4dc603d1ef0b4dac8594ac0644c0990d.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westlothianlitterpickers.co.uk/_files/ugd/e128ca_6f0bcbf81f94479c8e0340e6d13972a5.pptx?dn=WLLP%20AGM%202026%20(Final).pptx"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770</Words>
  <Characters>4393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Karen Howie</cp:lastModifiedBy>
  <cp:revision>4</cp:revision>
  <dcterms:created xsi:type="dcterms:W3CDTF">2026-09-07T16:39:00Z</dcterms:created>
  <dcterms:modified xsi:type="dcterms:W3CDTF">2026-09-07T18:57:00Z</dcterms:modified>
  <cp:category/>
</cp:coreProperties>
</file>